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7A71E5" w14:textId="77777777" w:rsidR="008054A6" w:rsidRDefault="00000000">
      <w:pPr>
        <w:pStyle w:val="aa"/>
        <w:spacing w:after="40"/>
        <w:jc w:val="center"/>
      </w:pPr>
      <w:r>
        <w:rPr>
          <w:rFonts w:ascii="IPAexGothic" w:eastAsia="IPAexGothic" w:hAnsi="IPAexGothic" w:cs="IPAexGothic"/>
          <w:b/>
          <w:sz w:val="32"/>
        </w:rPr>
        <w:t>寄付申込書</w:t>
      </w:r>
    </w:p>
    <w:p w14:paraId="29702EE4" w14:textId="77777777" w:rsidR="008054A6" w:rsidRDefault="00000000">
      <w:pPr>
        <w:spacing w:after="40"/>
        <w:jc w:val="right"/>
      </w:pPr>
      <w:r>
        <w:rPr>
          <w:rFonts w:cs="IPAexGothic"/>
          <w:color w:val="000000"/>
        </w:rPr>
        <w:t>公益社団法人日本脳卒中協会　御中</w:t>
      </w:r>
    </w:p>
    <w:p w14:paraId="4FC3AC5B" w14:textId="77777777" w:rsidR="008054A6" w:rsidRDefault="00000000">
      <w:pPr>
        <w:spacing w:after="80"/>
        <w:rPr>
          <w:lang w:eastAsia="ja-JP"/>
        </w:rPr>
      </w:pPr>
      <w:r>
        <w:rPr>
          <w:rFonts w:cs="IPAexGothic"/>
          <w:color w:val="000000"/>
          <w:lang w:eastAsia="ja-JP"/>
        </w:rPr>
        <w:t>貴協会の活動趣旨に賛同し、下記のとおり寄付を申し込みます。</w:t>
      </w:r>
    </w:p>
    <w:tbl>
      <w:tblPr>
        <w:tblW w:w="0" w:type="auto"/>
        <w:jc w:val="center"/>
        <w:tblBorders>
          <w:top w:val="single" w:sz="4" w:space="0" w:color="9EB6CE"/>
          <w:left w:val="single" w:sz="4" w:space="0" w:color="9EB6CE"/>
          <w:bottom w:val="single" w:sz="4" w:space="0" w:color="9EB6CE"/>
          <w:right w:val="single" w:sz="4" w:space="0" w:color="9EB6CE"/>
          <w:insideH w:val="single" w:sz="4" w:space="0" w:color="9EB6CE"/>
          <w:insideV w:val="single" w:sz="4" w:space="0" w:color="9EB6CE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8052"/>
      </w:tblGrid>
      <w:tr w:rsidR="008054A6" w14:paraId="4D5E5B05" w14:textId="77777777">
        <w:trPr>
          <w:jc w:val="center"/>
        </w:trPr>
        <w:tc>
          <w:tcPr>
            <w:tcW w:w="10206" w:type="dxa"/>
            <w:gridSpan w:val="2"/>
            <w:shd w:val="clear" w:color="auto" w:fill="DCEA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0B7FC7F" w14:textId="77777777" w:rsidR="008054A6" w:rsidRDefault="00000000">
            <w:proofErr w:type="spellStart"/>
            <w:r>
              <w:rPr>
                <w:rFonts w:cs="IPAexGothic"/>
                <w:b/>
                <w:color w:val="000000"/>
                <w:sz w:val="21"/>
              </w:rPr>
              <w:t>寄付者情報</w:t>
            </w:r>
            <w:proofErr w:type="spellEnd"/>
          </w:p>
        </w:tc>
      </w:tr>
      <w:tr w:rsidR="008054A6" w14:paraId="39936E2F" w14:textId="77777777" w:rsidTr="00C469AD">
        <w:tblPrEx>
          <w:tblBorders>
            <w:top w:val="single" w:sz="6" w:space="0" w:color="A6A6A6"/>
            <w:left w:val="single" w:sz="6" w:space="0" w:color="A6A6A6"/>
            <w:bottom w:val="single" w:sz="6" w:space="0" w:color="A6A6A6"/>
            <w:right w:val="single" w:sz="6" w:space="0" w:color="A6A6A6"/>
            <w:insideH w:val="single" w:sz="6" w:space="0" w:color="A6A6A6"/>
            <w:insideV w:val="single" w:sz="6" w:space="0" w:color="A6A6A6"/>
          </w:tblBorders>
        </w:tblPrEx>
        <w:trPr>
          <w:trHeight w:val="368"/>
          <w:jc w:val="center"/>
        </w:trPr>
        <w:tc>
          <w:tcPr>
            <w:tcW w:w="2154" w:type="dxa"/>
            <w:shd w:val="clear" w:color="auto" w:fill="F5F8FB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7D6A236" w14:textId="77777777" w:rsidR="008054A6" w:rsidRDefault="00000000">
            <w:pPr>
              <w:jc w:val="center"/>
            </w:pPr>
            <w:r>
              <w:rPr>
                <w:rFonts w:cs="IPAexGothic"/>
                <w:b/>
                <w:color w:val="000000"/>
                <w:sz w:val="18"/>
              </w:rPr>
              <w:t>申込日</w:t>
            </w:r>
          </w:p>
        </w:tc>
        <w:tc>
          <w:tcPr>
            <w:tcW w:w="8052" w:type="dxa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019D1D3" w14:textId="3AB67A91" w:rsidR="008054A6" w:rsidRDefault="00000000">
            <w:r>
              <w:rPr>
                <w:rFonts w:cs="IPAexGothic"/>
                <w:color w:val="000000"/>
                <w:sz w:val="18"/>
              </w:rPr>
              <w:t xml:space="preserve">　　　　　年　　　</w:t>
            </w:r>
            <w:r w:rsidR="00C469AD">
              <w:rPr>
                <w:rFonts w:ascii="ＭＳ 明朝" w:eastAsia="ＭＳ 明朝" w:hAnsi="ＭＳ 明朝" w:cs="ＭＳ 明朝" w:hint="eastAsia"/>
                <w:color w:val="000000"/>
                <w:sz w:val="18"/>
                <w:lang w:eastAsia="ja-JP"/>
              </w:rPr>
              <w:t xml:space="preserve">　</w:t>
            </w:r>
            <w:r>
              <w:rPr>
                <w:rFonts w:cs="IPAexGothic"/>
                <w:color w:val="000000"/>
                <w:sz w:val="18"/>
              </w:rPr>
              <w:t xml:space="preserve">　月　　</w:t>
            </w:r>
            <w:r w:rsidR="00C469AD">
              <w:rPr>
                <w:rFonts w:ascii="ＭＳ 明朝" w:eastAsia="ＭＳ 明朝" w:hAnsi="ＭＳ 明朝" w:cs="ＭＳ 明朝" w:hint="eastAsia"/>
                <w:color w:val="000000"/>
                <w:sz w:val="18"/>
                <w:lang w:eastAsia="ja-JP"/>
              </w:rPr>
              <w:t xml:space="preserve">　</w:t>
            </w:r>
            <w:r>
              <w:rPr>
                <w:rFonts w:cs="IPAexGothic"/>
                <w:color w:val="000000"/>
                <w:sz w:val="18"/>
              </w:rPr>
              <w:t xml:space="preserve">　　日</w:t>
            </w:r>
          </w:p>
        </w:tc>
      </w:tr>
      <w:tr w:rsidR="008054A6" w14:paraId="758B6377" w14:textId="77777777" w:rsidTr="00C469AD">
        <w:tblPrEx>
          <w:tblBorders>
            <w:top w:val="single" w:sz="6" w:space="0" w:color="A6A6A6"/>
            <w:left w:val="single" w:sz="6" w:space="0" w:color="A6A6A6"/>
            <w:bottom w:val="single" w:sz="6" w:space="0" w:color="A6A6A6"/>
            <w:right w:val="single" w:sz="6" w:space="0" w:color="A6A6A6"/>
            <w:insideH w:val="single" w:sz="6" w:space="0" w:color="A6A6A6"/>
            <w:insideV w:val="single" w:sz="6" w:space="0" w:color="A6A6A6"/>
          </w:tblBorders>
        </w:tblPrEx>
        <w:trPr>
          <w:trHeight w:val="396"/>
          <w:jc w:val="center"/>
        </w:trPr>
        <w:tc>
          <w:tcPr>
            <w:tcW w:w="2154" w:type="dxa"/>
            <w:shd w:val="clear" w:color="auto" w:fill="F5F8FB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F21735F" w14:textId="77777777" w:rsidR="008054A6" w:rsidRDefault="00000000">
            <w:pPr>
              <w:jc w:val="center"/>
            </w:pPr>
            <w:proofErr w:type="spellStart"/>
            <w:r>
              <w:rPr>
                <w:rFonts w:cs="IPAexGothic"/>
                <w:b/>
                <w:color w:val="000000"/>
                <w:sz w:val="18"/>
              </w:rPr>
              <w:t>フリガナ</w:t>
            </w:r>
            <w:proofErr w:type="spellEnd"/>
          </w:p>
        </w:tc>
        <w:tc>
          <w:tcPr>
            <w:tcW w:w="8052" w:type="dxa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153C3CD" w14:textId="77777777" w:rsidR="008054A6" w:rsidRDefault="008054A6"/>
        </w:tc>
      </w:tr>
      <w:tr w:rsidR="008054A6" w14:paraId="17DC5A6D" w14:textId="77777777" w:rsidTr="00C469AD">
        <w:tblPrEx>
          <w:tblBorders>
            <w:top w:val="single" w:sz="6" w:space="0" w:color="A6A6A6"/>
            <w:left w:val="single" w:sz="6" w:space="0" w:color="A6A6A6"/>
            <w:bottom w:val="single" w:sz="6" w:space="0" w:color="A6A6A6"/>
            <w:right w:val="single" w:sz="6" w:space="0" w:color="A6A6A6"/>
            <w:insideH w:val="single" w:sz="6" w:space="0" w:color="A6A6A6"/>
            <w:insideV w:val="single" w:sz="6" w:space="0" w:color="A6A6A6"/>
          </w:tblBorders>
        </w:tblPrEx>
        <w:trPr>
          <w:trHeight w:val="737"/>
          <w:jc w:val="center"/>
        </w:trPr>
        <w:tc>
          <w:tcPr>
            <w:tcW w:w="2154" w:type="dxa"/>
            <w:shd w:val="clear" w:color="auto" w:fill="F5F8FB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F73BDD1" w14:textId="77777777" w:rsidR="008054A6" w:rsidRDefault="00000000">
            <w:pPr>
              <w:jc w:val="center"/>
            </w:pPr>
            <w:r>
              <w:rPr>
                <w:rFonts w:cs="IPAexGothic"/>
                <w:b/>
                <w:color w:val="000000"/>
                <w:sz w:val="18"/>
              </w:rPr>
              <w:t>お名前</w:t>
            </w:r>
            <w:r>
              <w:rPr>
                <w:rFonts w:cs="IPAexGothic"/>
                <w:b/>
                <w:color w:val="000000"/>
                <w:sz w:val="18"/>
              </w:rPr>
              <w:br/>
              <w:t>法人・団体名</w:t>
            </w:r>
          </w:p>
        </w:tc>
        <w:tc>
          <w:tcPr>
            <w:tcW w:w="8052" w:type="dxa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6E59D1D" w14:textId="70489B5A" w:rsidR="00C469AD" w:rsidRDefault="00C469AD">
            <w:pPr>
              <w:rPr>
                <w:rFonts w:cs="IPAexGothic" w:hint="eastAsia"/>
                <w:color w:val="000000"/>
                <w:sz w:val="18"/>
                <w:lang w:eastAsia="ja-JP"/>
              </w:rPr>
            </w:pPr>
          </w:p>
          <w:p w14:paraId="615D7947" w14:textId="77777777" w:rsidR="00C469AD" w:rsidRDefault="00C469AD">
            <w:pPr>
              <w:rPr>
                <w:rFonts w:cs="IPAexGothic"/>
                <w:color w:val="000000"/>
                <w:sz w:val="18"/>
                <w:lang w:eastAsia="ja-JP"/>
              </w:rPr>
            </w:pPr>
          </w:p>
          <w:p w14:paraId="4A95C914" w14:textId="77777777" w:rsidR="00C469AD" w:rsidRDefault="00C469AD">
            <w:pPr>
              <w:rPr>
                <w:rFonts w:cs="IPAexGothic"/>
                <w:color w:val="000000"/>
                <w:sz w:val="18"/>
                <w:lang w:eastAsia="ja-JP"/>
              </w:rPr>
            </w:pPr>
          </w:p>
          <w:p w14:paraId="64F76FC4" w14:textId="77777777" w:rsidR="00C469AD" w:rsidRDefault="00C469AD">
            <w:pPr>
              <w:rPr>
                <w:rFonts w:cs="IPAexGothic" w:hint="eastAsia"/>
                <w:color w:val="000000"/>
                <w:sz w:val="18"/>
                <w:lang w:eastAsia="ja-JP"/>
              </w:rPr>
            </w:pPr>
          </w:p>
          <w:p w14:paraId="7D2EDCCC" w14:textId="77777777" w:rsidR="00C469AD" w:rsidRDefault="00C469AD" w:rsidP="00C469AD">
            <w:pPr>
              <w:rPr>
                <w:rFonts w:cs="IPAexGothic"/>
                <w:color w:val="000000"/>
                <w:sz w:val="18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18"/>
                <w:lang w:eastAsia="ja-JP"/>
              </w:rPr>
              <w:t>（</w:t>
            </w:r>
            <w:r w:rsidR="00000000">
              <w:rPr>
                <w:rFonts w:ascii="ＭＳ 明朝" w:eastAsia="ＭＳ 明朝" w:hAnsi="ＭＳ 明朝" w:cs="ＭＳ 明朝" w:hint="eastAsia"/>
                <w:color w:val="000000"/>
                <w:sz w:val="18"/>
                <w:lang w:eastAsia="ja-JP"/>
              </w:rPr>
              <w:t>代</w:t>
            </w:r>
            <w:r w:rsidR="00000000">
              <w:rPr>
                <w:rFonts w:ascii="ＭＳ 明朝" w:eastAsia="ＭＳ 明朝" w:hAnsi="ＭＳ 明朝" w:cs="ＭＳ 明朝" w:hint="eastAsia"/>
                <w:color w:val="000000"/>
                <w:sz w:val="18"/>
              </w:rPr>
              <w:t>表者名</w:t>
            </w:r>
            <w:r>
              <w:rPr>
                <w:rFonts w:ascii="ＭＳ 明朝" w:eastAsia="ＭＳ 明朝" w:hAnsi="ＭＳ 明朝" w:cs="ＭＳ 明朝" w:hint="eastAsia"/>
                <w:color w:val="000000"/>
                <w:sz w:val="18"/>
                <w:lang w:eastAsia="ja-JP"/>
              </w:rPr>
              <w:t>）</w:t>
            </w:r>
            <w:r w:rsidR="00000000">
              <w:rPr>
                <w:rFonts w:ascii="ＭＳ 明朝" w:eastAsia="ＭＳ 明朝" w:hAnsi="ＭＳ 明朝" w:cs="ＭＳ 明朝" w:hint="eastAsia"/>
                <w:color w:val="000000"/>
                <w:sz w:val="18"/>
              </w:rPr>
              <w:t xml:space="preserve">　</w:t>
            </w:r>
          </w:p>
          <w:p w14:paraId="16460938" w14:textId="25DE7FDB" w:rsidR="00C469AD" w:rsidRDefault="00C469AD" w:rsidP="00C469AD">
            <w:pPr>
              <w:rPr>
                <w:rFonts w:hint="eastAsia"/>
                <w:lang w:eastAsia="ja-JP"/>
              </w:rPr>
            </w:pPr>
          </w:p>
        </w:tc>
      </w:tr>
      <w:tr w:rsidR="008054A6" w14:paraId="658B1549" w14:textId="77777777" w:rsidTr="00C469AD">
        <w:tblPrEx>
          <w:tblBorders>
            <w:top w:val="single" w:sz="6" w:space="0" w:color="A6A6A6"/>
            <w:left w:val="single" w:sz="6" w:space="0" w:color="A6A6A6"/>
            <w:bottom w:val="single" w:sz="6" w:space="0" w:color="A6A6A6"/>
            <w:right w:val="single" w:sz="6" w:space="0" w:color="A6A6A6"/>
            <w:insideH w:val="single" w:sz="6" w:space="0" w:color="A6A6A6"/>
            <w:insideV w:val="single" w:sz="6" w:space="0" w:color="A6A6A6"/>
          </w:tblBorders>
        </w:tblPrEx>
        <w:trPr>
          <w:trHeight w:val="567"/>
          <w:jc w:val="center"/>
        </w:trPr>
        <w:tc>
          <w:tcPr>
            <w:tcW w:w="2154" w:type="dxa"/>
            <w:shd w:val="clear" w:color="auto" w:fill="F5F8FB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B85BA19" w14:textId="77777777" w:rsidR="008054A6" w:rsidRDefault="00000000">
            <w:pPr>
              <w:jc w:val="center"/>
            </w:pPr>
            <w:r>
              <w:rPr>
                <w:rFonts w:cs="IPAexGothic"/>
                <w:b/>
                <w:color w:val="000000"/>
                <w:sz w:val="18"/>
              </w:rPr>
              <w:t>ご住所</w:t>
            </w:r>
          </w:p>
        </w:tc>
        <w:tc>
          <w:tcPr>
            <w:tcW w:w="8052" w:type="dxa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333C6BD" w14:textId="6EDAF080" w:rsidR="00C469AD" w:rsidRDefault="00000000">
            <w:pPr>
              <w:rPr>
                <w:rFonts w:cs="IPAexGothic"/>
                <w:color w:val="000000"/>
                <w:sz w:val="18"/>
                <w:lang w:eastAsia="ja-JP"/>
              </w:rPr>
            </w:pPr>
            <w:r>
              <w:rPr>
                <w:rFonts w:cs="IPAexGothic"/>
                <w:color w:val="000000"/>
                <w:sz w:val="18"/>
              </w:rPr>
              <w:t>〒</w:t>
            </w:r>
          </w:p>
          <w:p w14:paraId="79DCCFE5" w14:textId="77777777" w:rsidR="00C469AD" w:rsidRDefault="00C469AD">
            <w:pPr>
              <w:rPr>
                <w:rFonts w:cs="IPAexGothic"/>
                <w:color w:val="000000"/>
                <w:sz w:val="18"/>
                <w:lang w:eastAsia="ja-JP"/>
              </w:rPr>
            </w:pPr>
          </w:p>
          <w:p w14:paraId="25A386F1" w14:textId="77777777" w:rsidR="00C469AD" w:rsidRDefault="00C469AD">
            <w:pPr>
              <w:rPr>
                <w:rFonts w:cs="IPAexGothic" w:hint="eastAsia"/>
                <w:color w:val="000000"/>
                <w:sz w:val="18"/>
                <w:lang w:eastAsia="ja-JP"/>
              </w:rPr>
            </w:pPr>
          </w:p>
          <w:p w14:paraId="081BE419" w14:textId="77777777" w:rsidR="00C469AD" w:rsidRDefault="00C469AD">
            <w:pPr>
              <w:rPr>
                <w:rFonts w:cs="IPAexGothic"/>
                <w:color w:val="000000"/>
                <w:sz w:val="18"/>
                <w:lang w:eastAsia="ja-JP"/>
              </w:rPr>
            </w:pPr>
          </w:p>
          <w:p w14:paraId="54413B41" w14:textId="041D79BE" w:rsidR="008054A6" w:rsidRDefault="008054A6">
            <w:pPr>
              <w:rPr>
                <w:rFonts w:hint="eastAsia"/>
                <w:lang w:eastAsia="ja-JP"/>
              </w:rPr>
            </w:pPr>
          </w:p>
        </w:tc>
      </w:tr>
      <w:tr w:rsidR="008054A6" w14:paraId="3D910404" w14:textId="77777777" w:rsidTr="00C469AD">
        <w:tblPrEx>
          <w:tblBorders>
            <w:top w:val="single" w:sz="6" w:space="0" w:color="A6A6A6"/>
            <w:left w:val="single" w:sz="6" w:space="0" w:color="A6A6A6"/>
            <w:bottom w:val="single" w:sz="6" w:space="0" w:color="A6A6A6"/>
            <w:right w:val="single" w:sz="6" w:space="0" w:color="A6A6A6"/>
            <w:insideH w:val="single" w:sz="6" w:space="0" w:color="A6A6A6"/>
            <w:insideV w:val="single" w:sz="6" w:space="0" w:color="A6A6A6"/>
          </w:tblBorders>
        </w:tblPrEx>
        <w:trPr>
          <w:trHeight w:val="425"/>
          <w:jc w:val="center"/>
        </w:trPr>
        <w:tc>
          <w:tcPr>
            <w:tcW w:w="2154" w:type="dxa"/>
            <w:shd w:val="clear" w:color="auto" w:fill="F5F8FB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3BC8835" w14:textId="1983D62B" w:rsidR="008054A6" w:rsidRDefault="00000000">
            <w:pPr>
              <w:jc w:val="center"/>
              <w:rPr>
                <w:rFonts w:hint="eastAsia"/>
                <w:lang w:eastAsia="ja-JP"/>
              </w:rPr>
            </w:pPr>
            <w:proofErr w:type="spellStart"/>
            <w:r>
              <w:rPr>
                <w:rFonts w:cs="IPAexGothic"/>
                <w:b/>
                <w:color w:val="000000"/>
                <w:sz w:val="18"/>
              </w:rPr>
              <w:t>電話番号</w:t>
            </w:r>
            <w:proofErr w:type="spellEnd"/>
            <w:r w:rsidR="00C469AD">
              <w:rPr>
                <w:rFonts w:ascii="ＭＳ 明朝" w:eastAsia="ＭＳ 明朝" w:hAnsi="ＭＳ 明朝" w:cs="ＭＳ 明朝" w:hint="eastAsia"/>
                <w:b/>
                <w:color w:val="000000"/>
                <w:sz w:val="18"/>
                <w:lang w:eastAsia="ja-JP"/>
              </w:rPr>
              <w:t>またはメール</w:t>
            </w:r>
          </w:p>
        </w:tc>
        <w:tc>
          <w:tcPr>
            <w:tcW w:w="8052" w:type="dxa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2C2284E" w14:textId="602A2F4A" w:rsidR="008054A6" w:rsidRDefault="00000000">
            <w:pPr>
              <w:rPr>
                <w:lang w:eastAsia="ja-JP"/>
              </w:rPr>
            </w:pPr>
            <w:r>
              <w:rPr>
                <w:rFonts w:cs="IPAexGothic"/>
                <w:color w:val="000000"/>
                <w:sz w:val="18"/>
                <w:lang w:eastAsia="ja-JP"/>
              </w:rPr>
              <w:t xml:space="preserve">　　　　　　　　　　　　　</w:t>
            </w:r>
            <w:r w:rsidR="00C469AD">
              <w:rPr>
                <w:rFonts w:ascii="ＭＳ 明朝" w:eastAsia="ＭＳ 明朝" w:hAnsi="ＭＳ 明朝" w:cs="ＭＳ 明朝" w:hint="eastAsia"/>
                <w:color w:val="000000"/>
                <w:sz w:val="18"/>
                <w:lang w:eastAsia="ja-JP"/>
              </w:rPr>
              <w:t xml:space="preserve">　　　　　　</w:t>
            </w:r>
            <w:r>
              <w:rPr>
                <w:rFonts w:cs="IPAexGothic"/>
                <w:color w:val="000000"/>
                <w:sz w:val="18"/>
                <w:lang w:eastAsia="ja-JP"/>
              </w:rPr>
              <w:t>メール</w:t>
            </w:r>
          </w:p>
        </w:tc>
      </w:tr>
    </w:tbl>
    <w:p w14:paraId="7F53D275" w14:textId="77777777" w:rsidR="008054A6" w:rsidRDefault="008054A6">
      <w:pPr>
        <w:spacing w:after="20"/>
        <w:rPr>
          <w:lang w:eastAsia="ja-JP"/>
        </w:rPr>
      </w:pPr>
    </w:p>
    <w:tbl>
      <w:tblPr>
        <w:tblW w:w="0" w:type="auto"/>
        <w:jc w:val="center"/>
        <w:tblBorders>
          <w:top w:val="single" w:sz="4" w:space="0" w:color="9EB6CE"/>
          <w:left w:val="single" w:sz="4" w:space="0" w:color="9EB6CE"/>
          <w:bottom w:val="single" w:sz="4" w:space="0" w:color="9EB6CE"/>
          <w:right w:val="single" w:sz="4" w:space="0" w:color="9EB6CE"/>
          <w:insideH w:val="single" w:sz="4" w:space="0" w:color="9EB6CE"/>
          <w:insideV w:val="single" w:sz="4" w:space="0" w:color="9EB6CE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8052"/>
      </w:tblGrid>
      <w:tr w:rsidR="008054A6" w14:paraId="07F58829" w14:textId="77777777">
        <w:trPr>
          <w:jc w:val="center"/>
        </w:trPr>
        <w:tc>
          <w:tcPr>
            <w:tcW w:w="10206" w:type="dxa"/>
            <w:gridSpan w:val="2"/>
            <w:shd w:val="clear" w:color="auto" w:fill="DCEA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DBDDDDF" w14:textId="77777777" w:rsidR="008054A6" w:rsidRDefault="00000000">
            <w:proofErr w:type="spellStart"/>
            <w:r>
              <w:rPr>
                <w:rFonts w:cs="IPAexGothic"/>
                <w:b/>
                <w:color w:val="000000"/>
                <w:sz w:val="21"/>
              </w:rPr>
              <w:t>寄付内容</w:t>
            </w:r>
            <w:proofErr w:type="spellEnd"/>
          </w:p>
        </w:tc>
      </w:tr>
      <w:tr w:rsidR="008054A6" w14:paraId="7CD18185" w14:textId="77777777" w:rsidTr="002741FF">
        <w:tblPrEx>
          <w:tblBorders>
            <w:top w:val="single" w:sz="6" w:space="0" w:color="A6A6A6"/>
            <w:left w:val="single" w:sz="6" w:space="0" w:color="A6A6A6"/>
            <w:bottom w:val="single" w:sz="6" w:space="0" w:color="A6A6A6"/>
            <w:right w:val="single" w:sz="6" w:space="0" w:color="A6A6A6"/>
            <w:insideH w:val="single" w:sz="6" w:space="0" w:color="A6A6A6"/>
            <w:insideV w:val="single" w:sz="6" w:space="0" w:color="A6A6A6"/>
          </w:tblBorders>
        </w:tblPrEx>
        <w:trPr>
          <w:trHeight w:val="396"/>
          <w:jc w:val="center"/>
        </w:trPr>
        <w:tc>
          <w:tcPr>
            <w:tcW w:w="2154" w:type="dxa"/>
            <w:shd w:val="clear" w:color="auto" w:fill="F5F8FB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1753FB1" w14:textId="77777777" w:rsidR="008054A6" w:rsidRDefault="00000000">
            <w:pPr>
              <w:jc w:val="center"/>
            </w:pPr>
            <w:r>
              <w:rPr>
                <w:rFonts w:cs="IPAexGothic"/>
                <w:b/>
                <w:color w:val="000000"/>
                <w:sz w:val="18"/>
              </w:rPr>
              <w:t>寄付金額</w:t>
            </w:r>
          </w:p>
        </w:tc>
        <w:tc>
          <w:tcPr>
            <w:tcW w:w="8052" w:type="dxa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A196F59" w14:textId="77777777" w:rsidR="008054A6" w:rsidRDefault="00000000">
            <w:r>
              <w:rPr>
                <w:rFonts w:cs="IPAexGothic"/>
                <w:color w:val="000000"/>
                <w:sz w:val="18"/>
              </w:rPr>
              <w:t>金　　　　　　　　　　　　　　　　円</w:t>
            </w:r>
          </w:p>
        </w:tc>
      </w:tr>
      <w:tr w:rsidR="008054A6" w14:paraId="597446FF" w14:textId="77777777" w:rsidTr="002741FF">
        <w:tblPrEx>
          <w:tblBorders>
            <w:top w:val="single" w:sz="6" w:space="0" w:color="A6A6A6"/>
            <w:left w:val="single" w:sz="6" w:space="0" w:color="A6A6A6"/>
            <w:bottom w:val="single" w:sz="6" w:space="0" w:color="A6A6A6"/>
            <w:right w:val="single" w:sz="6" w:space="0" w:color="A6A6A6"/>
            <w:insideH w:val="single" w:sz="6" w:space="0" w:color="A6A6A6"/>
            <w:insideV w:val="single" w:sz="6" w:space="0" w:color="A6A6A6"/>
          </w:tblBorders>
        </w:tblPrEx>
        <w:trPr>
          <w:trHeight w:val="396"/>
          <w:jc w:val="center"/>
        </w:trPr>
        <w:tc>
          <w:tcPr>
            <w:tcW w:w="2154" w:type="dxa"/>
            <w:shd w:val="clear" w:color="auto" w:fill="F5F8FB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C62C381" w14:textId="41E1C6B0" w:rsidR="008054A6" w:rsidRDefault="00000000">
            <w:pPr>
              <w:jc w:val="center"/>
            </w:pPr>
            <w:proofErr w:type="spellStart"/>
            <w:r>
              <w:rPr>
                <w:rFonts w:cs="IPAexGothic"/>
                <w:b/>
                <w:color w:val="000000"/>
                <w:sz w:val="18"/>
              </w:rPr>
              <w:t>振込</w:t>
            </w:r>
            <w:proofErr w:type="spellEnd"/>
            <w:r w:rsidR="002741FF">
              <w:rPr>
                <w:rFonts w:ascii="ＭＳ 明朝" w:eastAsia="ＭＳ 明朝" w:hAnsi="ＭＳ 明朝" w:cs="ＭＳ 明朝" w:hint="eastAsia"/>
                <w:b/>
                <w:color w:val="000000"/>
                <w:sz w:val="18"/>
                <w:lang w:eastAsia="ja-JP"/>
              </w:rPr>
              <w:t>予定</w:t>
            </w:r>
            <w:r>
              <w:rPr>
                <w:rFonts w:cs="IPAexGothic"/>
                <w:b/>
                <w:color w:val="000000"/>
                <w:sz w:val="18"/>
              </w:rPr>
              <w:t>日</w:t>
            </w:r>
          </w:p>
        </w:tc>
        <w:tc>
          <w:tcPr>
            <w:tcW w:w="8052" w:type="dxa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3F2ECD4" w14:textId="702759E2" w:rsidR="008054A6" w:rsidRDefault="00000000">
            <w:pPr>
              <w:rPr>
                <w:lang w:eastAsia="ja-JP"/>
              </w:rPr>
            </w:pPr>
            <w:r>
              <w:rPr>
                <w:rFonts w:cs="IPAexGothic"/>
                <w:color w:val="000000"/>
                <w:sz w:val="18"/>
                <w:lang w:eastAsia="ja-JP"/>
              </w:rPr>
              <w:t xml:space="preserve">　　　　年　　　月　　　日</w:t>
            </w:r>
          </w:p>
        </w:tc>
      </w:tr>
    </w:tbl>
    <w:p w14:paraId="6D41A7B4" w14:textId="77777777" w:rsidR="008054A6" w:rsidRDefault="008054A6">
      <w:pPr>
        <w:spacing w:after="20"/>
        <w:rPr>
          <w:lang w:eastAsia="ja-JP"/>
        </w:rPr>
      </w:pPr>
    </w:p>
    <w:tbl>
      <w:tblPr>
        <w:tblW w:w="0" w:type="auto"/>
        <w:jc w:val="center"/>
        <w:tblBorders>
          <w:top w:val="single" w:sz="4" w:space="0" w:color="9EB6CE"/>
          <w:left w:val="single" w:sz="4" w:space="0" w:color="9EB6CE"/>
          <w:bottom w:val="single" w:sz="4" w:space="0" w:color="9EB6CE"/>
          <w:right w:val="single" w:sz="4" w:space="0" w:color="9EB6CE"/>
          <w:insideH w:val="single" w:sz="4" w:space="0" w:color="9EB6CE"/>
          <w:insideV w:val="single" w:sz="4" w:space="0" w:color="9EB6CE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8052"/>
      </w:tblGrid>
      <w:tr w:rsidR="008054A6" w14:paraId="414DEEC7" w14:textId="77777777">
        <w:trPr>
          <w:jc w:val="center"/>
        </w:trPr>
        <w:tc>
          <w:tcPr>
            <w:tcW w:w="10206" w:type="dxa"/>
            <w:gridSpan w:val="2"/>
            <w:shd w:val="clear" w:color="auto" w:fill="DCEA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ACBA38C" w14:textId="77777777" w:rsidR="008054A6" w:rsidRDefault="00000000">
            <w:pPr>
              <w:rPr>
                <w:lang w:eastAsia="ja-JP"/>
              </w:rPr>
            </w:pPr>
            <w:r>
              <w:rPr>
                <w:rFonts w:cs="IPAexGothic"/>
                <w:b/>
                <w:color w:val="000000"/>
                <w:sz w:val="21"/>
                <w:lang w:eastAsia="ja-JP"/>
              </w:rPr>
              <w:t>領収証とお名前の掲載</w:t>
            </w:r>
          </w:p>
        </w:tc>
      </w:tr>
      <w:tr w:rsidR="008054A6" w14:paraId="254F5FD5" w14:textId="77777777">
        <w:tblPrEx>
          <w:tblBorders>
            <w:top w:val="single" w:sz="6" w:space="0" w:color="A6A6A6"/>
            <w:left w:val="single" w:sz="6" w:space="0" w:color="A6A6A6"/>
            <w:bottom w:val="single" w:sz="6" w:space="0" w:color="A6A6A6"/>
            <w:right w:val="single" w:sz="6" w:space="0" w:color="A6A6A6"/>
            <w:insideH w:val="single" w:sz="6" w:space="0" w:color="A6A6A6"/>
            <w:insideV w:val="single" w:sz="6" w:space="0" w:color="A6A6A6"/>
          </w:tblBorders>
        </w:tblPrEx>
        <w:trPr>
          <w:trHeight w:val="538"/>
          <w:jc w:val="center"/>
        </w:trPr>
        <w:tc>
          <w:tcPr>
            <w:tcW w:w="2154" w:type="dxa"/>
            <w:shd w:val="clear" w:color="auto" w:fill="F5F8FB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5CE159E" w14:textId="77777777" w:rsidR="008054A6" w:rsidRDefault="00000000">
            <w:pPr>
              <w:jc w:val="center"/>
            </w:pPr>
            <w:proofErr w:type="spellStart"/>
            <w:r>
              <w:rPr>
                <w:rFonts w:cs="IPAexGothic"/>
                <w:b/>
                <w:color w:val="000000"/>
                <w:sz w:val="18"/>
              </w:rPr>
              <w:t>領収証</w:t>
            </w:r>
            <w:proofErr w:type="spellEnd"/>
          </w:p>
        </w:tc>
        <w:tc>
          <w:tcPr>
            <w:tcW w:w="8050" w:type="dxa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E20399F" w14:textId="71BBED49" w:rsidR="008054A6" w:rsidRDefault="00000000">
            <w:pPr>
              <w:rPr>
                <w:lang w:eastAsia="ja-JP"/>
              </w:rPr>
            </w:pPr>
            <w:r>
              <w:rPr>
                <w:rFonts w:cs="IPAexGothic"/>
                <w:color w:val="000000"/>
                <w:sz w:val="18"/>
                <w:lang w:eastAsia="ja-JP"/>
              </w:rPr>
              <w:t>□ 希望する　　□ 希望しない</w:t>
            </w:r>
            <w:r>
              <w:rPr>
                <w:rFonts w:cs="IPAexGothic"/>
                <w:color w:val="000000"/>
                <w:sz w:val="18"/>
                <w:lang w:eastAsia="ja-JP"/>
              </w:rPr>
              <w:br/>
              <w:t>宛名（上記と異なる場合）</w:t>
            </w:r>
          </w:p>
        </w:tc>
      </w:tr>
      <w:tr w:rsidR="008054A6" w14:paraId="18A8E11C" w14:textId="77777777">
        <w:tblPrEx>
          <w:tblBorders>
            <w:top w:val="single" w:sz="6" w:space="0" w:color="A6A6A6"/>
            <w:left w:val="single" w:sz="6" w:space="0" w:color="A6A6A6"/>
            <w:bottom w:val="single" w:sz="6" w:space="0" w:color="A6A6A6"/>
            <w:right w:val="single" w:sz="6" w:space="0" w:color="A6A6A6"/>
            <w:insideH w:val="single" w:sz="6" w:space="0" w:color="A6A6A6"/>
            <w:insideV w:val="single" w:sz="6" w:space="0" w:color="A6A6A6"/>
          </w:tblBorders>
        </w:tblPrEx>
        <w:trPr>
          <w:trHeight w:val="595"/>
          <w:jc w:val="center"/>
        </w:trPr>
        <w:tc>
          <w:tcPr>
            <w:tcW w:w="2154" w:type="dxa"/>
            <w:shd w:val="clear" w:color="auto" w:fill="F5F8FB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11C2466" w14:textId="77777777" w:rsidR="008054A6" w:rsidRDefault="00000000">
            <w:pPr>
              <w:jc w:val="center"/>
              <w:rPr>
                <w:lang w:eastAsia="ja-JP"/>
              </w:rPr>
            </w:pPr>
            <w:r>
              <w:rPr>
                <w:rFonts w:cs="IPAexGothic"/>
                <w:b/>
                <w:color w:val="000000"/>
                <w:sz w:val="18"/>
                <w:lang w:eastAsia="ja-JP"/>
              </w:rPr>
              <w:t>ホームページへの</w:t>
            </w:r>
            <w:r>
              <w:rPr>
                <w:rFonts w:cs="IPAexGothic"/>
                <w:b/>
                <w:color w:val="000000"/>
                <w:sz w:val="18"/>
                <w:lang w:eastAsia="ja-JP"/>
              </w:rPr>
              <w:br/>
              <w:t>お名前掲載</w:t>
            </w:r>
          </w:p>
        </w:tc>
        <w:tc>
          <w:tcPr>
            <w:tcW w:w="8050" w:type="dxa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FAD5BD5" w14:textId="518AF62A" w:rsidR="008054A6" w:rsidRDefault="00000000">
            <w:pPr>
              <w:rPr>
                <w:lang w:eastAsia="ja-JP"/>
              </w:rPr>
            </w:pPr>
            <w:r>
              <w:rPr>
                <w:rFonts w:cs="IPAexGothic"/>
                <w:color w:val="000000"/>
                <w:sz w:val="18"/>
                <w:lang w:eastAsia="ja-JP"/>
              </w:rPr>
              <w:t>□ 希望する　　□ 希望しない</w:t>
            </w:r>
            <w:r>
              <w:rPr>
                <w:rFonts w:cs="IPAexGothic"/>
                <w:color w:val="000000"/>
                <w:sz w:val="18"/>
                <w:lang w:eastAsia="ja-JP"/>
              </w:rPr>
              <w:br/>
              <w:t>掲載名（上記と異なる場合）</w:t>
            </w:r>
          </w:p>
        </w:tc>
      </w:tr>
    </w:tbl>
    <w:p w14:paraId="21D0A3C6" w14:textId="77777777" w:rsidR="008054A6" w:rsidRDefault="00000000">
      <w:pPr>
        <w:spacing w:after="60"/>
        <w:rPr>
          <w:lang w:eastAsia="ja-JP"/>
        </w:rPr>
      </w:pPr>
      <w:r>
        <w:rPr>
          <w:rFonts w:cs="IPAexGothic"/>
          <w:color w:val="000000"/>
          <w:sz w:val="16"/>
          <w:lang w:eastAsia="ja-JP"/>
        </w:rPr>
        <w:t>※寄付金額は掲載しません。いずれにもチェックがない場合は、お名前を掲載しません。</w:t>
      </w:r>
    </w:p>
    <w:tbl>
      <w:tblPr>
        <w:tblW w:w="0" w:type="auto"/>
        <w:jc w:val="center"/>
        <w:tblBorders>
          <w:top w:val="single" w:sz="4" w:space="0" w:color="9EB6CE"/>
          <w:left w:val="single" w:sz="4" w:space="0" w:color="9EB6CE"/>
          <w:bottom w:val="single" w:sz="4" w:space="0" w:color="9EB6CE"/>
          <w:right w:val="single" w:sz="4" w:space="0" w:color="9EB6CE"/>
          <w:insideH w:val="single" w:sz="4" w:space="0" w:color="9EB6CE"/>
          <w:insideV w:val="single" w:sz="4" w:space="0" w:color="9EB6CE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8052"/>
      </w:tblGrid>
      <w:tr w:rsidR="008054A6" w14:paraId="78B30391" w14:textId="77777777">
        <w:trPr>
          <w:jc w:val="center"/>
        </w:trPr>
        <w:tc>
          <w:tcPr>
            <w:tcW w:w="10206" w:type="dxa"/>
            <w:gridSpan w:val="2"/>
            <w:shd w:val="clear" w:color="auto" w:fill="DCEA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C27AA09" w14:textId="77777777" w:rsidR="008054A6" w:rsidRDefault="00000000">
            <w:proofErr w:type="spellStart"/>
            <w:r>
              <w:rPr>
                <w:rFonts w:cs="IPAexGothic"/>
                <w:b/>
                <w:color w:val="000000"/>
                <w:sz w:val="21"/>
              </w:rPr>
              <w:t>お振込先</w:t>
            </w:r>
            <w:proofErr w:type="spellEnd"/>
          </w:p>
        </w:tc>
      </w:tr>
      <w:tr w:rsidR="008054A6" w14:paraId="53C93C27" w14:textId="77777777">
        <w:tblPrEx>
          <w:tblBorders>
            <w:top w:val="single" w:sz="6" w:space="0" w:color="A6A6A6"/>
            <w:left w:val="single" w:sz="6" w:space="0" w:color="A6A6A6"/>
            <w:bottom w:val="single" w:sz="6" w:space="0" w:color="A6A6A6"/>
            <w:right w:val="single" w:sz="6" w:space="0" w:color="A6A6A6"/>
            <w:insideH w:val="single" w:sz="6" w:space="0" w:color="A6A6A6"/>
            <w:insideV w:val="single" w:sz="6" w:space="0" w:color="A6A6A6"/>
          </w:tblBorders>
        </w:tblPrEx>
        <w:trPr>
          <w:trHeight w:val="510"/>
          <w:jc w:val="center"/>
        </w:trPr>
        <w:tc>
          <w:tcPr>
            <w:tcW w:w="2154" w:type="dxa"/>
            <w:shd w:val="clear" w:color="auto" w:fill="F5F8FB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69CCBE3" w14:textId="77777777" w:rsidR="008054A6" w:rsidRDefault="00000000">
            <w:pPr>
              <w:jc w:val="center"/>
            </w:pPr>
            <w:r>
              <w:rPr>
                <w:rFonts w:cs="IPAexGothic"/>
                <w:b/>
                <w:color w:val="000000"/>
                <w:sz w:val="18"/>
              </w:rPr>
              <w:t>ゆうちょ銀行</w:t>
            </w:r>
          </w:p>
        </w:tc>
        <w:tc>
          <w:tcPr>
            <w:tcW w:w="8050" w:type="dxa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84680D5" w14:textId="77777777" w:rsidR="008054A6" w:rsidRDefault="00000000">
            <w:pPr>
              <w:rPr>
                <w:lang w:eastAsia="ja-JP"/>
              </w:rPr>
            </w:pPr>
            <w:r>
              <w:rPr>
                <w:rFonts w:cs="IPAexGothic"/>
                <w:color w:val="000000"/>
                <w:sz w:val="18"/>
                <w:lang w:eastAsia="ja-JP"/>
              </w:rPr>
              <w:t>店名：〇九九店（ゼロキュウキュウ店）　預金種類：当座</w:t>
            </w:r>
            <w:r>
              <w:rPr>
                <w:rFonts w:cs="IPAexGothic"/>
                <w:color w:val="000000"/>
                <w:sz w:val="18"/>
                <w:lang w:eastAsia="ja-JP"/>
              </w:rPr>
              <w:br/>
              <w:t>口座番号：0075255　口座名義：公益社団法人日本脳卒中協会</w:t>
            </w:r>
          </w:p>
        </w:tc>
      </w:tr>
      <w:tr w:rsidR="008054A6" w14:paraId="55456D28" w14:textId="77777777">
        <w:tblPrEx>
          <w:tblBorders>
            <w:top w:val="single" w:sz="6" w:space="0" w:color="A6A6A6"/>
            <w:left w:val="single" w:sz="6" w:space="0" w:color="A6A6A6"/>
            <w:bottom w:val="single" w:sz="6" w:space="0" w:color="A6A6A6"/>
            <w:right w:val="single" w:sz="6" w:space="0" w:color="A6A6A6"/>
            <w:insideH w:val="single" w:sz="6" w:space="0" w:color="A6A6A6"/>
            <w:insideV w:val="single" w:sz="6" w:space="0" w:color="A6A6A6"/>
          </w:tblBorders>
        </w:tblPrEx>
        <w:trPr>
          <w:trHeight w:val="396"/>
          <w:jc w:val="center"/>
        </w:trPr>
        <w:tc>
          <w:tcPr>
            <w:tcW w:w="2154" w:type="dxa"/>
            <w:shd w:val="clear" w:color="auto" w:fill="F5F8FB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A1576A9" w14:textId="77777777" w:rsidR="008054A6" w:rsidRDefault="00000000">
            <w:pPr>
              <w:jc w:val="center"/>
            </w:pPr>
            <w:proofErr w:type="spellStart"/>
            <w:r>
              <w:rPr>
                <w:rFonts w:cs="IPAexGothic"/>
                <w:b/>
                <w:color w:val="000000"/>
                <w:sz w:val="18"/>
              </w:rPr>
              <w:t>郵便振替</w:t>
            </w:r>
            <w:proofErr w:type="spellEnd"/>
          </w:p>
        </w:tc>
        <w:tc>
          <w:tcPr>
            <w:tcW w:w="8050" w:type="dxa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4763112" w14:textId="77777777" w:rsidR="008054A6" w:rsidRDefault="00000000">
            <w:r>
              <w:rPr>
                <w:rFonts w:cs="IPAexGothic"/>
                <w:color w:val="000000"/>
                <w:sz w:val="18"/>
              </w:rPr>
              <w:t>口座番号：00910-2-75255　加入者名：公益社団法人日本脳卒中協会</w:t>
            </w:r>
          </w:p>
        </w:tc>
      </w:tr>
    </w:tbl>
    <w:p w14:paraId="63798DC4" w14:textId="77777777" w:rsidR="008054A6" w:rsidRDefault="008054A6">
      <w:pPr>
        <w:spacing w:after="20"/>
      </w:pPr>
    </w:p>
    <w:tbl>
      <w:tblPr>
        <w:tblW w:w="0" w:type="auto"/>
        <w:jc w:val="center"/>
        <w:tblBorders>
          <w:top w:val="single" w:sz="4" w:space="0" w:color="9EB6CE"/>
          <w:left w:val="single" w:sz="4" w:space="0" w:color="9EB6CE"/>
          <w:bottom w:val="single" w:sz="4" w:space="0" w:color="9EB6CE"/>
          <w:right w:val="single" w:sz="4" w:space="0" w:color="9EB6CE"/>
          <w:insideH w:val="single" w:sz="4" w:space="0" w:color="9EB6CE"/>
          <w:insideV w:val="single" w:sz="4" w:space="0" w:color="9EB6CE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8052"/>
      </w:tblGrid>
      <w:tr w:rsidR="008054A6" w14:paraId="4C017806" w14:textId="77777777">
        <w:trPr>
          <w:jc w:val="center"/>
        </w:trPr>
        <w:tc>
          <w:tcPr>
            <w:tcW w:w="10206" w:type="dxa"/>
            <w:gridSpan w:val="2"/>
            <w:shd w:val="clear" w:color="auto" w:fill="DCEA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9408A2B" w14:textId="77777777" w:rsidR="008054A6" w:rsidRDefault="00000000">
            <w:r>
              <w:rPr>
                <w:rFonts w:cs="IPAexGothic"/>
                <w:b/>
                <w:color w:val="000000"/>
                <w:sz w:val="21"/>
              </w:rPr>
              <w:t>申込書の送付先</w:t>
            </w:r>
          </w:p>
        </w:tc>
      </w:tr>
      <w:tr w:rsidR="008054A6" w14:paraId="0102BB80" w14:textId="77777777">
        <w:tblPrEx>
          <w:tblBorders>
            <w:top w:val="single" w:sz="6" w:space="0" w:color="A6A6A6"/>
            <w:left w:val="single" w:sz="6" w:space="0" w:color="A6A6A6"/>
            <w:bottom w:val="single" w:sz="6" w:space="0" w:color="A6A6A6"/>
            <w:right w:val="single" w:sz="6" w:space="0" w:color="A6A6A6"/>
            <w:insideH w:val="single" w:sz="6" w:space="0" w:color="A6A6A6"/>
            <w:insideV w:val="single" w:sz="6" w:space="0" w:color="A6A6A6"/>
          </w:tblBorders>
        </w:tblPrEx>
        <w:trPr>
          <w:trHeight w:val="368"/>
          <w:jc w:val="center"/>
        </w:trPr>
        <w:tc>
          <w:tcPr>
            <w:tcW w:w="2154" w:type="dxa"/>
            <w:shd w:val="clear" w:color="auto" w:fill="F5F8FB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F66674D" w14:textId="77777777" w:rsidR="008054A6" w:rsidRDefault="00000000">
            <w:pPr>
              <w:jc w:val="center"/>
            </w:pPr>
            <w:r>
              <w:rPr>
                <w:rFonts w:cs="IPAexGothic"/>
                <w:b/>
                <w:color w:val="000000"/>
                <w:sz w:val="18"/>
              </w:rPr>
              <w:t>FAX</w:t>
            </w:r>
          </w:p>
        </w:tc>
        <w:tc>
          <w:tcPr>
            <w:tcW w:w="8050" w:type="dxa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695EF1B" w14:textId="77777777" w:rsidR="008054A6" w:rsidRDefault="00000000">
            <w:r>
              <w:rPr>
                <w:rFonts w:cs="IPAexGothic"/>
                <w:color w:val="000000"/>
                <w:sz w:val="18"/>
              </w:rPr>
              <w:t>06-6629-7377</w:t>
            </w:r>
          </w:p>
        </w:tc>
      </w:tr>
      <w:tr w:rsidR="008054A6" w14:paraId="71A27A02" w14:textId="77777777">
        <w:tblPrEx>
          <w:tblBorders>
            <w:top w:val="single" w:sz="6" w:space="0" w:color="A6A6A6"/>
            <w:left w:val="single" w:sz="6" w:space="0" w:color="A6A6A6"/>
            <w:bottom w:val="single" w:sz="6" w:space="0" w:color="A6A6A6"/>
            <w:right w:val="single" w:sz="6" w:space="0" w:color="A6A6A6"/>
            <w:insideH w:val="single" w:sz="6" w:space="0" w:color="A6A6A6"/>
            <w:insideV w:val="single" w:sz="6" w:space="0" w:color="A6A6A6"/>
          </w:tblBorders>
        </w:tblPrEx>
        <w:trPr>
          <w:trHeight w:val="368"/>
          <w:jc w:val="center"/>
        </w:trPr>
        <w:tc>
          <w:tcPr>
            <w:tcW w:w="2154" w:type="dxa"/>
            <w:shd w:val="clear" w:color="auto" w:fill="F5F8FB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0DFC50F" w14:textId="77777777" w:rsidR="008054A6" w:rsidRDefault="00000000">
            <w:pPr>
              <w:jc w:val="center"/>
            </w:pPr>
            <w:r>
              <w:rPr>
                <w:rFonts w:cs="IPAexGothic"/>
                <w:b/>
                <w:color w:val="000000"/>
                <w:sz w:val="18"/>
              </w:rPr>
              <w:t>メール</w:t>
            </w:r>
          </w:p>
        </w:tc>
        <w:tc>
          <w:tcPr>
            <w:tcW w:w="8050" w:type="dxa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397CD0F" w14:textId="77777777" w:rsidR="008054A6" w:rsidRDefault="00000000">
            <w:r>
              <w:rPr>
                <w:rFonts w:cs="IPAexGothic"/>
                <w:color w:val="000000"/>
                <w:sz w:val="18"/>
              </w:rPr>
              <w:t>info@jsa-web.org（申込書を添付してください）</w:t>
            </w:r>
          </w:p>
        </w:tc>
      </w:tr>
      <w:tr w:rsidR="008054A6" w14:paraId="6F0C6559" w14:textId="77777777">
        <w:tblPrEx>
          <w:tblBorders>
            <w:top w:val="single" w:sz="6" w:space="0" w:color="A6A6A6"/>
            <w:left w:val="single" w:sz="6" w:space="0" w:color="A6A6A6"/>
            <w:bottom w:val="single" w:sz="6" w:space="0" w:color="A6A6A6"/>
            <w:right w:val="single" w:sz="6" w:space="0" w:color="A6A6A6"/>
            <w:insideH w:val="single" w:sz="6" w:space="0" w:color="A6A6A6"/>
            <w:insideV w:val="single" w:sz="6" w:space="0" w:color="A6A6A6"/>
          </w:tblBorders>
        </w:tblPrEx>
        <w:trPr>
          <w:trHeight w:val="481"/>
          <w:jc w:val="center"/>
        </w:trPr>
        <w:tc>
          <w:tcPr>
            <w:tcW w:w="2154" w:type="dxa"/>
            <w:shd w:val="clear" w:color="auto" w:fill="F5F8FB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12F9C76" w14:textId="77777777" w:rsidR="008054A6" w:rsidRDefault="00000000">
            <w:pPr>
              <w:jc w:val="center"/>
            </w:pPr>
            <w:r>
              <w:rPr>
                <w:rFonts w:cs="IPAexGothic"/>
                <w:b/>
                <w:color w:val="000000"/>
                <w:sz w:val="18"/>
              </w:rPr>
              <w:t>郵送</w:t>
            </w:r>
          </w:p>
        </w:tc>
        <w:tc>
          <w:tcPr>
            <w:tcW w:w="8050" w:type="dxa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A920667" w14:textId="77777777" w:rsidR="008054A6" w:rsidRDefault="00000000">
            <w:pPr>
              <w:rPr>
                <w:lang w:eastAsia="ja-JP"/>
              </w:rPr>
            </w:pPr>
            <w:r>
              <w:rPr>
                <w:rFonts w:cs="IPAexGothic"/>
                <w:color w:val="000000"/>
                <w:sz w:val="18"/>
                <w:lang w:eastAsia="ja-JP"/>
              </w:rPr>
              <w:t>〒545-0052　大阪市阿倍野区阿倍野筋1-3-15 共同ビル4階</w:t>
            </w:r>
            <w:r>
              <w:rPr>
                <w:rFonts w:cs="IPAexGothic"/>
                <w:color w:val="000000"/>
                <w:sz w:val="18"/>
                <w:lang w:eastAsia="ja-JP"/>
              </w:rPr>
              <w:br/>
              <w:t>公益社団法人日本脳卒中協会 事務局</w:t>
            </w:r>
          </w:p>
        </w:tc>
      </w:tr>
    </w:tbl>
    <w:p w14:paraId="4998FB0F" w14:textId="77777777" w:rsidR="008054A6" w:rsidRDefault="00000000">
      <w:pPr>
        <w:spacing w:before="40"/>
        <w:rPr>
          <w:lang w:eastAsia="ja-JP"/>
        </w:rPr>
      </w:pPr>
      <w:r>
        <w:rPr>
          <w:rFonts w:cs="IPAexGothic"/>
          <w:color w:val="000000"/>
          <w:sz w:val="16"/>
          <w:lang w:eastAsia="ja-JP"/>
        </w:rPr>
        <w:t>※ご入金後の寄付金は返金できません。内容と金額をご確認の上、お手続きください。</w:t>
      </w:r>
    </w:p>
    <w:p w14:paraId="0CE449F1" w14:textId="77777777" w:rsidR="008054A6" w:rsidRDefault="00000000">
      <w:pPr>
        <w:rPr>
          <w:lang w:eastAsia="ja-JP"/>
        </w:rPr>
      </w:pPr>
      <w:r>
        <w:rPr>
          <w:rFonts w:cs="IPAexGothic"/>
          <w:color w:val="000000"/>
          <w:sz w:val="16"/>
          <w:lang w:eastAsia="ja-JP"/>
        </w:rPr>
        <w:t>※ご記入いただいた個人情報は、寄付の受領、領収証の発行、ご連絡、および同意いただいた場合のお名前掲載に使用します。</w:t>
      </w:r>
    </w:p>
    <w:sectPr w:rsidR="008054A6" w:rsidSect="00034616">
      <w:footerReference w:type="default" r:id="rId8"/>
      <w:pgSz w:w="11906" w:h="16838"/>
      <w:pgMar w:top="397" w:right="850" w:bottom="397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C364E53" w14:textId="77777777" w:rsidR="00224E55" w:rsidRDefault="00224E55">
      <w:r>
        <w:separator/>
      </w:r>
    </w:p>
  </w:endnote>
  <w:endnote w:type="continuationSeparator" w:id="0">
    <w:p w14:paraId="30E54DD0" w14:textId="77777777" w:rsidR="00224E55" w:rsidRDefault="00224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IPAexGothic">
    <w:altName w:val="Cambria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AF4DA0" w14:textId="3A4BB9CE" w:rsidR="008054A6" w:rsidRDefault="00000000">
    <w:pPr>
      <w:pStyle w:val="a7"/>
      <w:jc w:val="center"/>
      <w:rPr>
        <w:lang w:eastAsia="ja-JP"/>
      </w:rPr>
    </w:pPr>
    <w:proofErr w:type="spellStart"/>
    <w:r>
      <w:rPr>
        <w:rFonts w:cs="IPAexGothic"/>
        <w:color w:val="000000"/>
        <w:sz w:val="16"/>
      </w:rPr>
      <w:t>公益社団法人日本脳卒中協会</w:t>
    </w:r>
    <w:proofErr w:type="spellEnd"/>
    <w:r w:rsidR="002741FF">
      <w:rPr>
        <w:rFonts w:ascii="ＭＳ 明朝" w:eastAsia="ＭＳ 明朝" w:hAnsi="ＭＳ 明朝" w:cs="ＭＳ 明朝" w:hint="eastAsia"/>
        <w:color w:val="000000"/>
        <w:sz w:val="16"/>
        <w:lang w:eastAsia="ja-JP"/>
      </w:rPr>
      <w:t>［</w:t>
    </w:r>
    <w:r w:rsidR="002741FF">
      <w:rPr>
        <w:rFonts w:ascii="ＭＳ 明朝" w:eastAsia="ＭＳ 明朝" w:hAnsi="ＭＳ 明朝" w:cs="ＭＳ 明朝"/>
        <w:color w:val="000000"/>
        <w:sz w:val="16"/>
        <w:lang w:eastAsia="ja-JP"/>
      </w:rPr>
      <w:t>2026</w:t>
    </w:r>
    <w:r w:rsidR="002741FF">
      <w:rPr>
        <w:rFonts w:ascii="ＭＳ 明朝" w:eastAsia="ＭＳ 明朝" w:hAnsi="ＭＳ 明朝" w:cs="ＭＳ 明朝" w:hint="eastAsia"/>
        <w:color w:val="000000"/>
        <w:sz w:val="16"/>
        <w:lang w:eastAsia="ja-JP"/>
      </w:rPr>
      <w:t>年10月］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DDA6E3" w14:textId="77777777" w:rsidR="00224E55" w:rsidRDefault="00224E55">
      <w:r>
        <w:separator/>
      </w:r>
    </w:p>
  </w:footnote>
  <w:footnote w:type="continuationSeparator" w:id="0">
    <w:p w14:paraId="269C7BFF" w14:textId="77777777" w:rsidR="00224E55" w:rsidRDefault="00224E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26566660">
    <w:abstractNumId w:val="8"/>
  </w:num>
  <w:num w:numId="2" w16cid:durableId="1543322888">
    <w:abstractNumId w:val="6"/>
  </w:num>
  <w:num w:numId="3" w16cid:durableId="794836071">
    <w:abstractNumId w:val="5"/>
  </w:num>
  <w:num w:numId="4" w16cid:durableId="809060306">
    <w:abstractNumId w:val="4"/>
  </w:num>
  <w:num w:numId="5" w16cid:durableId="1967925055">
    <w:abstractNumId w:val="7"/>
  </w:num>
  <w:num w:numId="6" w16cid:durableId="190730988">
    <w:abstractNumId w:val="3"/>
  </w:num>
  <w:num w:numId="7" w16cid:durableId="1743024664">
    <w:abstractNumId w:val="2"/>
  </w:num>
  <w:num w:numId="8" w16cid:durableId="1327828930">
    <w:abstractNumId w:val="1"/>
  </w:num>
  <w:num w:numId="9" w16cid:durableId="24229920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0313"/>
    <w:rsid w:val="00224E55"/>
    <w:rsid w:val="002741FF"/>
    <w:rsid w:val="0029639D"/>
    <w:rsid w:val="00326F90"/>
    <w:rsid w:val="00540F98"/>
    <w:rsid w:val="008054A6"/>
    <w:rsid w:val="00AA1D8D"/>
    <w:rsid w:val="00AB622A"/>
    <w:rsid w:val="00B47730"/>
    <w:rsid w:val="00C469A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EDD636C"/>
  <w14:defaultImageDpi w14:val="300"/>
  <w15:docId w15:val="{088E44D1-50E9-3047-9565-F33E0D67C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IPAexGothic" w:eastAsia="IPAexGothic" w:hAnsi="IPAexGothic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300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寄付申込書</dc:title>
  <dc:subject>公益社団法人日本脳卒中協会への寄付申込書</dc:subject>
  <dc:creator>公益社団法人日本脳卒中協会</dc:creator>
  <cp:keywords/>
  <dc:description>generated by python-docx</dc:description>
  <cp:lastModifiedBy>日本脳卒中協会</cp:lastModifiedBy>
  <cp:revision>3</cp:revision>
  <dcterms:created xsi:type="dcterms:W3CDTF">2013-12-23T23:15:00Z</dcterms:created>
  <dcterms:modified xsi:type="dcterms:W3CDTF">2026-10-01T06:34:00Z</dcterms:modified>
  <cp:category/>
</cp:coreProperties>
</file>